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B845" w14:textId="77777777" w:rsidR="00D31DB4" w:rsidRDefault="00D31DB4" w:rsidP="00D31DB4">
      <w:pPr>
        <w:spacing w:after="40"/>
        <w:jc w:val="center"/>
        <w:rPr>
          <w:b/>
          <w:color w:val="1F4E79"/>
          <w:sz w:val="32"/>
          <w:lang w:eastAsia="ja-JP"/>
        </w:rPr>
      </w:pPr>
      <w:r>
        <w:rPr>
          <w:rFonts w:hint="eastAsia"/>
          <w:b/>
          <w:color w:val="1F4E79"/>
          <w:sz w:val="32"/>
          <w:lang w:eastAsia="ja-JP"/>
        </w:rPr>
        <w:t>三鷹商工会</w:t>
      </w:r>
      <w:r w:rsidR="009B111A">
        <w:rPr>
          <w:b/>
          <w:color w:val="1F4E79"/>
          <w:sz w:val="32"/>
          <w:lang w:eastAsia="ja-JP"/>
        </w:rPr>
        <w:t>中小企業等産業活性化補助金　事前照会票</w:t>
      </w:r>
    </w:p>
    <w:p w14:paraId="1B42A8FA" w14:textId="3EC894F6" w:rsidR="00980817" w:rsidRPr="00D31DB4" w:rsidRDefault="00D31DB4" w:rsidP="00D31DB4">
      <w:pPr>
        <w:spacing w:after="40"/>
        <w:ind w:firstLineChars="100" w:firstLine="220"/>
        <w:rPr>
          <w:bCs/>
          <w:sz w:val="14"/>
          <w:szCs w:val="18"/>
          <w:lang w:eastAsia="ja-JP"/>
        </w:rPr>
      </w:pPr>
      <w:r w:rsidRPr="00D31DB4">
        <w:rPr>
          <w:rFonts w:hint="eastAsia"/>
          <w:bCs/>
          <w:color w:val="1F4E79"/>
          <w:sz w:val="22"/>
          <w:szCs w:val="18"/>
          <w:lang w:eastAsia="ja-JP"/>
        </w:rPr>
        <w:t>補助対象可否等に関する</w:t>
      </w:r>
      <w:r w:rsidR="009F72A3">
        <w:rPr>
          <w:rFonts w:hint="eastAsia"/>
          <w:bCs/>
          <w:color w:val="1F4E79"/>
          <w:sz w:val="22"/>
          <w:szCs w:val="18"/>
          <w:lang w:eastAsia="ja-JP"/>
        </w:rPr>
        <w:t>問い合わせ</w:t>
      </w:r>
      <w:r>
        <w:rPr>
          <w:rFonts w:hint="eastAsia"/>
          <w:bCs/>
          <w:color w:val="1F4E79"/>
          <w:sz w:val="22"/>
          <w:szCs w:val="18"/>
          <w:lang w:eastAsia="ja-JP"/>
        </w:rPr>
        <w:t>について</w:t>
      </w:r>
      <w:r w:rsidRPr="00D31DB4">
        <w:rPr>
          <w:rFonts w:hint="eastAsia"/>
          <w:bCs/>
          <w:color w:val="1F4E79"/>
          <w:sz w:val="22"/>
          <w:szCs w:val="18"/>
          <w:lang w:eastAsia="ja-JP"/>
        </w:rPr>
        <w:t>、回答内容の誤認防止及び照会・回答内容の記録保存のため、原則として本</w:t>
      </w:r>
      <w:r w:rsidR="009F72A3">
        <w:rPr>
          <w:rFonts w:hint="eastAsia"/>
          <w:bCs/>
          <w:color w:val="1F4E79"/>
          <w:sz w:val="22"/>
          <w:szCs w:val="18"/>
          <w:lang w:eastAsia="ja-JP"/>
        </w:rPr>
        <w:t>書類</w:t>
      </w:r>
      <w:r w:rsidRPr="00D31DB4">
        <w:rPr>
          <w:rFonts w:hint="eastAsia"/>
          <w:bCs/>
          <w:color w:val="1F4E79"/>
          <w:sz w:val="22"/>
          <w:szCs w:val="18"/>
          <w:lang w:eastAsia="ja-JP"/>
        </w:rPr>
        <w:t>により</w:t>
      </w:r>
      <w:r w:rsidR="009F72A3">
        <w:rPr>
          <w:rFonts w:hint="eastAsia"/>
          <w:bCs/>
          <w:color w:val="1F4E79"/>
          <w:sz w:val="22"/>
          <w:szCs w:val="18"/>
          <w:lang w:eastAsia="ja-JP"/>
        </w:rPr>
        <w:t>照会を</w:t>
      </w:r>
      <w:r w:rsidRPr="00D31DB4">
        <w:rPr>
          <w:rFonts w:hint="eastAsia"/>
          <w:bCs/>
          <w:color w:val="1F4E79"/>
          <w:sz w:val="22"/>
          <w:szCs w:val="18"/>
          <w:lang w:eastAsia="ja-JP"/>
        </w:rPr>
        <w:t>行ってください。</w:t>
      </w:r>
    </w:p>
    <w:p w14:paraId="417640F6" w14:textId="77777777" w:rsidR="00980817" w:rsidRPr="006176C8" w:rsidRDefault="009B111A">
      <w:pPr>
        <w:pStyle w:val="1"/>
        <w:spacing w:before="120" w:after="80"/>
        <w:rPr>
          <w:sz w:val="22"/>
          <w:szCs w:val="22"/>
        </w:rPr>
      </w:pPr>
      <w:r w:rsidRPr="006176C8">
        <w:rPr>
          <w:rFonts w:ascii="Yu Gothic" w:eastAsia="Yu Gothic" w:hAnsi="Yu Gothic"/>
          <w:color w:val="1F4E79"/>
          <w:sz w:val="22"/>
          <w:szCs w:val="22"/>
        </w:rPr>
        <w:t>１　基本情報</w:t>
      </w:r>
    </w:p>
    <w:tbl>
      <w:tblPr>
        <w:tblW w:w="10482" w:type="dxa"/>
        <w:jc w:val="center"/>
        <w:tblBorders>
          <w:top w:val="single" w:sz="6" w:space="0" w:color="B7C3D0"/>
          <w:left w:val="single" w:sz="6" w:space="0" w:color="B7C3D0"/>
          <w:bottom w:val="single" w:sz="6" w:space="0" w:color="B7C3D0"/>
          <w:right w:val="single" w:sz="6" w:space="0" w:color="B7C3D0"/>
          <w:insideH w:val="single" w:sz="6" w:space="0" w:color="B7C3D0"/>
          <w:insideV w:val="single" w:sz="6" w:space="0" w:color="B7C3D0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3766"/>
        <w:gridCol w:w="1276"/>
        <w:gridCol w:w="4394"/>
      </w:tblGrid>
      <w:tr w:rsidR="00980817" w14:paraId="251CD8E2" w14:textId="77777777" w:rsidTr="006176C8">
        <w:trPr>
          <w:jc w:val="center"/>
        </w:trPr>
        <w:tc>
          <w:tcPr>
            <w:tcW w:w="1046" w:type="dxa"/>
            <w:shd w:val="clear" w:color="auto" w:fill="EAF0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A6E5BF" w14:textId="2FA24E01" w:rsidR="00980817" w:rsidRDefault="003F48C2">
            <w:pPr>
              <w:spacing w:after="0"/>
            </w:pPr>
            <w:r>
              <w:rPr>
                <w:rFonts w:hint="eastAsia"/>
                <w:b/>
                <w:color w:val="26384E"/>
                <w:sz w:val="18"/>
                <w:lang w:eastAsia="ja-JP"/>
              </w:rPr>
              <w:t>照会</w:t>
            </w:r>
            <w:r w:rsidR="009B111A">
              <w:rPr>
                <w:b/>
                <w:color w:val="26384E"/>
                <w:sz w:val="18"/>
              </w:rPr>
              <w:t>日</w:t>
            </w:r>
          </w:p>
        </w:tc>
        <w:tc>
          <w:tcPr>
            <w:tcW w:w="376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C8BC0F" w14:textId="77777777" w:rsidR="00980817" w:rsidRDefault="009B111A">
            <w:pPr>
              <w:spacing w:after="0"/>
            </w:pPr>
            <w:r>
              <w:rPr>
                <w:sz w:val="18"/>
              </w:rPr>
              <w:t>令和　　年　　月　　日</w:t>
            </w:r>
          </w:p>
        </w:tc>
        <w:tc>
          <w:tcPr>
            <w:tcW w:w="1276" w:type="dxa"/>
            <w:shd w:val="clear" w:color="auto" w:fill="EAF0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E3660A" w14:textId="50F751A2" w:rsidR="00980817" w:rsidRDefault="003F48C2">
            <w:pPr>
              <w:spacing w:after="0"/>
            </w:pPr>
            <w:r>
              <w:rPr>
                <w:rFonts w:hint="eastAsia"/>
                <w:b/>
                <w:color w:val="26384E"/>
                <w:sz w:val="18"/>
                <w:lang w:eastAsia="ja-JP"/>
              </w:rPr>
              <w:t>受付</w:t>
            </w:r>
            <w:r w:rsidR="009B111A">
              <w:rPr>
                <w:b/>
                <w:color w:val="26384E"/>
                <w:sz w:val="18"/>
              </w:rPr>
              <w:t>方法</w:t>
            </w:r>
          </w:p>
        </w:tc>
        <w:tc>
          <w:tcPr>
            <w:tcW w:w="439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CE5843" w14:textId="2F417E53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0288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sz w:val="18"/>
                <w:lang w:eastAsia="ja-JP"/>
              </w:rPr>
              <w:t xml:space="preserve">来所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6428157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sz w:val="18"/>
                <w:lang w:eastAsia="ja-JP"/>
              </w:rPr>
              <w:t xml:space="preserve">電話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1394082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sz w:val="18"/>
                <w:lang w:eastAsia="ja-JP"/>
              </w:rPr>
              <w:t xml:space="preserve">メール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819110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sz w:val="18"/>
                <w:lang w:eastAsia="ja-JP"/>
              </w:rPr>
              <w:t>その他</w:t>
            </w:r>
          </w:p>
        </w:tc>
      </w:tr>
      <w:tr w:rsidR="00980817" w14:paraId="4E762218" w14:textId="77777777" w:rsidTr="006176C8">
        <w:trPr>
          <w:jc w:val="center"/>
        </w:trPr>
        <w:tc>
          <w:tcPr>
            <w:tcW w:w="1046" w:type="dxa"/>
            <w:shd w:val="clear" w:color="auto" w:fill="EAF0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B92812" w14:textId="77777777" w:rsidR="00980817" w:rsidRDefault="009B111A">
            <w:pPr>
              <w:spacing w:after="0"/>
            </w:pPr>
            <w:r>
              <w:rPr>
                <w:b/>
                <w:color w:val="26384E"/>
                <w:sz w:val="18"/>
              </w:rPr>
              <w:t>事業者名</w:t>
            </w:r>
          </w:p>
        </w:tc>
        <w:tc>
          <w:tcPr>
            <w:tcW w:w="376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432FCE" w14:textId="4465650E" w:rsidR="00980817" w:rsidRDefault="00980817">
            <w:pPr>
              <w:spacing w:after="0"/>
            </w:pPr>
          </w:p>
        </w:tc>
        <w:tc>
          <w:tcPr>
            <w:tcW w:w="1276" w:type="dxa"/>
            <w:shd w:val="clear" w:color="auto" w:fill="EAF0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8DAF94" w14:textId="1C20182C" w:rsidR="00980817" w:rsidRDefault="00D86E2F">
            <w:pPr>
              <w:spacing w:after="0"/>
            </w:pPr>
            <w:r>
              <w:rPr>
                <w:rFonts w:hint="eastAsia"/>
                <w:b/>
                <w:color w:val="26384E"/>
                <w:sz w:val="18"/>
                <w:lang w:eastAsia="ja-JP"/>
              </w:rPr>
              <w:t>業種</w:t>
            </w:r>
          </w:p>
        </w:tc>
        <w:tc>
          <w:tcPr>
            <w:tcW w:w="439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B289C4" w14:textId="113F7CA4" w:rsidR="006176C8" w:rsidRDefault="00DD078F">
            <w:pPr>
              <w:spacing w:after="0"/>
              <w:rPr>
                <w:sz w:val="18"/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9470704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D86E2F">
              <w:rPr>
                <w:sz w:val="18"/>
                <w:lang w:eastAsia="ja-JP"/>
              </w:rPr>
              <w:t xml:space="preserve">製造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4694070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D86E2F">
              <w:rPr>
                <w:sz w:val="18"/>
                <w:lang w:eastAsia="ja-JP"/>
              </w:rPr>
              <w:t xml:space="preserve">建設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26012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D86E2F">
              <w:rPr>
                <w:sz w:val="18"/>
                <w:lang w:eastAsia="ja-JP"/>
              </w:rPr>
              <w:t xml:space="preserve">小売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5132106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D86E2F">
              <w:rPr>
                <w:sz w:val="18"/>
                <w:lang w:eastAsia="ja-JP"/>
              </w:rPr>
              <w:t xml:space="preserve"> 飲食　</w:t>
            </w: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8850695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D86E2F">
              <w:rPr>
                <w:sz w:val="18"/>
                <w:lang w:eastAsia="ja-JP"/>
              </w:rPr>
              <w:t xml:space="preserve"> サービス</w:t>
            </w:r>
          </w:p>
          <w:p w14:paraId="52958E04" w14:textId="7534D036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id w:val="-3067062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6E2F">
              <w:rPr>
                <w:sz w:val="18"/>
                <w:lang w:eastAsia="ja-JP"/>
              </w:rPr>
              <w:t xml:space="preserve"> その他</w:t>
            </w:r>
            <w:r w:rsidR="00D86E2F">
              <w:rPr>
                <w:rFonts w:hint="eastAsia"/>
                <w:sz w:val="18"/>
                <w:lang w:eastAsia="ja-JP"/>
              </w:rPr>
              <w:t>（　　　　）</w:t>
            </w:r>
          </w:p>
        </w:tc>
      </w:tr>
      <w:tr w:rsidR="00AD3A62" w14:paraId="27A82579" w14:textId="77777777" w:rsidTr="006176C8">
        <w:trPr>
          <w:gridAfter w:val="2"/>
          <w:wAfter w:w="5670" w:type="dxa"/>
          <w:jc w:val="center"/>
        </w:trPr>
        <w:tc>
          <w:tcPr>
            <w:tcW w:w="1046" w:type="dxa"/>
            <w:shd w:val="clear" w:color="auto" w:fill="EAF0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06C91D" w14:textId="56E10F5E" w:rsidR="00AD3A62" w:rsidRDefault="00AD3A62">
            <w:pPr>
              <w:spacing w:after="0"/>
              <w:rPr>
                <w:lang w:eastAsia="ja-JP"/>
              </w:rPr>
            </w:pPr>
            <w:r>
              <w:rPr>
                <w:b/>
                <w:color w:val="26384E"/>
                <w:sz w:val="18"/>
              </w:rPr>
              <w:t>担当者名</w:t>
            </w:r>
          </w:p>
        </w:tc>
        <w:tc>
          <w:tcPr>
            <w:tcW w:w="376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5E2193" w14:textId="4AE6BB22" w:rsidR="00AD3A62" w:rsidRDefault="00AD3A62">
            <w:pPr>
              <w:spacing w:after="0"/>
              <w:rPr>
                <w:lang w:eastAsia="ja-JP"/>
              </w:rPr>
            </w:pPr>
          </w:p>
        </w:tc>
      </w:tr>
    </w:tbl>
    <w:tbl>
      <w:tblPr>
        <w:tblpPr w:leftFromText="142" w:rightFromText="142" w:vertAnchor="text" w:horzAnchor="margin" w:tblpXSpec="center" w:tblpY="542"/>
        <w:tblW w:w="10343" w:type="dxa"/>
        <w:tblBorders>
          <w:top w:val="single" w:sz="4" w:space="0" w:color="D2DCE6"/>
          <w:left w:val="single" w:sz="4" w:space="0" w:color="D2DCE6"/>
          <w:bottom w:val="single" w:sz="4" w:space="0" w:color="D2DCE6"/>
          <w:right w:val="single" w:sz="4" w:space="0" w:color="D2DCE6"/>
          <w:insideH w:val="single" w:sz="4" w:space="0" w:color="D2DCE6"/>
          <w:insideV w:val="single" w:sz="4" w:space="0" w:color="D2DCE6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3544"/>
        <w:gridCol w:w="3823"/>
      </w:tblGrid>
      <w:tr w:rsidR="006176C8" w14:paraId="0622BF69" w14:textId="77777777" w:rsidTr="006176C8">
        <w:trPr>
          <w:trHeight w:val="170"/>
        </w:trPr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867DC1" w14:textId="72A0365B" w:rsidR="006176C8" w:rsidRDefault="00DD078F" w:rsidP="006176C8">
            <w:pPr>
              <w:spacing w:after="0"/>
            </w:pPr>
            <w:sdt>
              <w:sdtPr>
                <w:rPr>
                  <w:rFonts w:asciiTheme="majorEastAsia" w:eastAsiaTheme="majorEastAsia" w:hAnsiTheme="majorEastAsia"/>
                </w:rPr>
                <w:id w:val="-19920859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1868">
              <w:t xml:space="preserve"> </w:t>
            </w:r>
            <w:r w:rsidR="006176C8">
              <w:t>グリーン枠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9315A0" w14:textId="023E38FD" w:rsidR="006176C8" w:rsidRDefault="00DD078F" w:rsidP="006176C8">
            <w:pPr>
              <w:spacing w:after="0"/>
            </w:pPr>
            <w:sdt>
              <w:sdtPr>
                <w:rPr>
                  <w:rFonts w:asciiTheme="majorEastAsia" w:eastAsiaTheme="majorEastAsia" w:hAnsiTheme="majorEastAsia"/>
                </w:rPr>
                <w:id w:val="7298088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1868">
              <w:t xml:space="preserve"> </w:t>
            </w:r>
            <w:r w:rsidR="006176C8">
              <w:t xml:space="preserve"> レジリエンス枠</w:t>
            </w:r>
          </w:p>
        </w:tc>
        <w:tc>
          <w:tcPr>
            <w:tcW w:w="3823" w:type="dxa"/>
          </w:tcPr>
          <w:p w14:paraId="05B18407" w14:textId="1BBFE864" w:rsidR="006176C8" w:rsidRDefault="00DD078F" w:rsidP="006176C8">
            <w:pPr>
              <w:spacing w:after="0"/>
            </w:pPr>
            <w:sdt>
              <w:sdtPr>
                <w:rPr>
                  <w:rFonts w:asciiTheme="majorEastAsia" w:eastAsiaTheme="majorEastAsia" w:hAnsiTheme="majorEastAsia"/>
                </w:rPr>
                <w:id w:val="-1623460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1868">
              <w:t xml:space="preserve"> </w:t>
            </w:r>
            <w:r w:rsidR="006176C8">
              <w:t xml:space="preserve"> デジタル枠</w:t>
            </w:r>
          </w:p>
        </w:tc>
      </w:tr>
      <w:tr w:rsidR="006176C8" w14:paraId="03BA09BE" w14:textId="77777777" w:rsidTr="006176C8"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15E1D4" w14:textId="27C5B603" w:rsidR="006176C8" w:rsidRDefault="00DD078F" w:rsidP="006176C8">
            <w:pPr>
              <w:spacing w:after="0"/>
            </w:pPr>
            <w:sdt>
              <w:sdtPr>
                <w:rPr>
                  <w:rFonts w:asciiTheme="majorEastAsia" w:eastAsiaTheme="majorEastAsia" w:hAnsiTheme="majorEastAsia"/>
                </w:rPr>
                <w:id w:val="1365642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1868">
              <w:t xml:space="preserve"> </w:t>
            </w:r>
            <w:r w:rsidR="006176C8">
              <w:t xml:space="preserve"> 一般枠</w:t>
            </w:r>
          </w:p>
        </w:tc>
        <w:tc>
          <w:tcPr>
            <w:tcW w:w="35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85752F" w14:textId="3DF9B290" w:rsidR="006176C8" w:rsidRDefault="00DD078F" w:rsidP="006176C8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5534503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831868">
              <w:rPr>
                <w:lang w:eastAsia="ja-JP"/>
              </w:rPr>
              <w:t xml:space="preserve"> </w:t>
            </w:r>
            <w:r w:rsidR="006176C8">
              <w:rPr>
                <w:lang w:eastAsia="ja-JP"/>
              </w:rPr>
              <w:t>成長投資支援枠（該当年度のみ）</w:t>
            </w:r>
          </w:p>
        </w:tc>
        <w:tc>
          <w:tcPr>
            <w:tcW w:w="3823" w:type="dxa"/>
          </w:tcPr>
          <w:p w14:paraId="22ED4698" w14:textId="0C5FAE77" w:rsidR="006176C8" w:rsidRDefault="00DD078F" w:rsidP="006176C8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3379100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831868">
              <w:rPr>
                <w:lang w:eastAsia="ja-JP"/>
              </w:rPr>
              <w:t xml:space="preserve"> </w:t>
            </w:r>
            <w:r w:rsidR="006176C8">
              <w:rPr>
                <w:lang w:eastAsia="ja-JP"/>
              </w:rPr>
              <w:t xml:space="preserve"> 不明（</w:t>
            </w:r>
            <w:r w:rsidR="006176C8">
              <w:rPr>
                <w:rFonts w:hint="eastAsia"/>
                <w:lang w:eastAsia="ja-JP"/>
              </w:rPr>
              <w:t>商工会又は</w:t>
            </w:r>
            <w:r w:rsidR="006176C8">
              <w:rPr>
                <w:lang w:eastAsia="ja-JP"/>
              </w:rPr>
              <w:t>市に判断を依頼）</w:t>
            </w:r>
          </w:p>
        </w:tc>
      </w:tr>
    </w:tbl>
    <w:p w14:paraId="14D9AA4E" w14:textId="77777777" w:rsidR="00980817" w:rsidRPr="006176C8" w:rsidRDefault="009B111A">
      <w:pPr>
        <w:pStyle w:val="21"/>
        <w:spacing w:before="80" w:after="80"/>
        <w:rPr>
          <w:sz w:val="22"/>
          <w:szCs w:val="22"/>
          <w:lang w:eastAsia="ja-JP"/>
        </w:rPr>
      </w:pPr>
      <w:r w:rsidRPr="006176C8">
        <w:rPr>
          <w:rFonts w:ascii="Yu Gothic" w:eastAsia="Yu Gothic" w:hAnsi="Yu Gothic"/>
          <w:color w:val="1F4E79"/>
          <w:sz w:val="22"/>
          <w:szCs w:val="22"/>
          <w:lang w:eastAsia="ja-JP"/>
        </w:rPr>
        <w:t>２　相談したい補助枠</w:t>
      </w:r>
    </w:p>
    <w:p w14:paraId="476CE6C0" w14:textId="30076C4C" w:rsidR="00980817" w:rsidRDefault="009B111A" w:rsidP="009F72A3">
      <w:pPr>
        <w:pStyle w:val="21"/>
        <w:spacing w:before="80" w:after="80"/>
        <w:rPr>
          <w:lang w:eastAsia="ja-JP"/>
        </w:rPr>
      </w:pPr>
      <w:r w:rsidRPr="006176C8">
        <w:rPr>
          <w:rFonts w:ascii="Yu Gothic" w:eastAsia="Yu Gothic" w:hAnsi="Yu Gothic"/>
          <w:color w:val="1F4E79"/>
          <w:sz w:val="22"/>
          <w:szCs w:val="24"/>
          <w:lang w:eastAsia="ja-JP"/>
        </w:rPr>
        <w:t>３　実施予定事業の概要</w:t>
      </w:r>
      <w:r>
        <w:rPr>
          <w:color w:val="666666"/>
          <w:sz w:val="17"/>
          <w:lang w:eastAsia="ja-JP"/>
        </w:rPr>
        <w:t>（例：</w:t>
      </w:r>
      <w:r w:rsidR="00794F51" w:rsidRPr="00794F51">
        <w:rPr>
          <w:rFonts w:hint="eastAsia"/>
          <w:color w:val="666666"/>
          <w:sz w:val="17"/>
          <w:lang w:eastAsia="ja-JP"/>
        </w:rPr>
        <w:t>○○機械を導入する</w:t>
      </w:r>
      <w:r>
        <w:rPr>
          <w:color w:val="666666"/>
          <w:sz w:val="17"/>
          <w:lang w:eastAsia="ja-JP"/>
        </w:rPr>
        <w:t>、</w:t>
      </w:r>
      <w:r w:rsidR="00794F51">
        <w:rPr>
          <w:rFonts w:hint="eastAsia"/>
          <w:color w:val="666666"/>
          <w:sz w:val="17"/>
          <w:lang w:eastAsia="ja-JP"/>
        </w:rPr>
        <w:t>○○システムを</w:t>
      </w:r>
      <w:r>
        <w:rPr>
          <w:color w:val="666666"/>
          <w:sz w:val="17"/>
          <w:lang w:eastAsia="ja-JP"/>
        </w:rPr>
        <w:t>構築</w:t>
      </w:r>
      <w:r w:rsidR="00794F51">
        <w:rPr>
          <w:rFonts w:hint="eastAsia"/>
          <w:color w:val="666666"/>
          <w:sz w:val="17"/>
          <w:lang w:eastAsia="ja-JP"/>
        </w:rPr>
        <w:t>する</w:t>
      </w:r>
      <w:r>
        <w:rPr>
          <w:color w:val="666666"/>
          <w:sz w:val="17"/>
          <w:lang w:eastAsia="ja-JP"/>
        </w:rPr>
        <w:t>、店舗</w:t>
      </w:r>
      <w:r w:rsidR="00794F51">
        <w:rPr>
          <w:rFonts w:hint="eastAsia"/>
          <w:color w:val="666666"/>
          <w:sz w:val="17"/>
          <w:lang w:eastAsia="ja-JP"/>
        </w:rPr>
        <w:t>内の○○を○○に</w:t>
      </w:r>
      <w:r>
        <w:rPr>
          <w:color w:val="666666"/>
          <w:sz w:val="17"/>
          <w:lang w:eastAsia="ja-JP"/>
        </w:rPr>
        <w:t>改修</w:t>
      </w:r>
      <w:r w:rsidR="00794F51">
        <w:rPr>
          <w:rFonts w:hint="eastAsia"/>
          <w:color w:val="666666"/>
          <w:sz w:val="17"/>
          <w:lang w:eastAsia="ja-JP"/>
        </w:rPr>
        <w:t xml:space="preserve">する　</w:t>
      </w:r>
      <w:r>
        <w:rPr>
          <w:color w:val="666666"/>
          <w:sz w:val="17"/>
          <w:lang w:eastAsia="ja-JP"/>
        </w:rPr>
        <w:t>など）。</w:t>
      </w:r>
    </w:p>
    <w:tbl>
      <w:tblPr>
        <w:tblW w:w="0" w:type="auto"/>
        <w:jc w:val="center"/>
        <w:tblBorders>
          <w:top w:val="single" w:sz="5" w:space="0" w:color="B7C3D0"/>
          <w:left w:val="single" w:sz="5" w:space="0" w:color="B7C3D0"/>
          <w:bottom w:val="single" w:sz="5" w:space="0" w:color="B7C3D0"/>
          <w:right w:val="single" w:sz="5" w:space="0" w:color="B7C3D0"/>
          <w:insideH w:val="single" w:sz="5" w:space="0" w:color="B7C3D0"/>
          <w:insideV w:val="single" w:sz="5" w:space="0" w:color="B7C3D0"/>
        </w:tblBorders>
        <w:tblLayout w:type="fixed"/>
        <w:tblLook w:val="04A0" w:firstRow="1" w:lastRow="0" w:firstColumn="1" w:lastColumn="0" w:noHBand="0" w:noVBand="1"/>
      </w:tblPr>
      <w:tblGrid>
        <w:gridCol w:w="10540"/>
      </w:tblGrid>
      <w:tr w:rsidR="00980817" w14:paraId="3947E141" w14:textId="77777777">
        <w:trPr>
          <w:jc w:val="center"/>
        </w:trPr>
        <w:tc>
          <w:tcPr>
            <w:tcW w:w="1054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DD2100" w14:textId="43A5D811" w:rsidR="00980817" w:rsidRDefault="00980817">
            <w:pPr>
              <w:rPr>
                <w:lang w:eastAsia="ja-JP"/>
              </w:rPr>
            </w:pPr>
          </w:p>
        </w:tc>
      </w:tr>
      <w:tr w:rsidR="009F72A3" w14:paraId="5F3CFEC3" w14:textId="77777777">
        <w:trPr>
          <w:jc w:val="center"/>
        </w:trPr>
        <w:tc>
          <w:tcPr>
            <w:tcW w:w="1054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tbl>
            <w:tblPr>
              <w:tblW w:w="10694" w:type="dxa"/>
              <w:jc w:val="center"/>
              <w:tblBorders>
                <w:top w:val="single" w:sz="6" w:space="0" w:color="B7C3D0"/>
                <w:left w:val="single" w:sz="6" w:space="0" w:color="B7C3D0"/>
                <w:bottom w:val="single" w:sz="6" w:space="0" w:color="B7C3D0"/>
                <w:right w:val="single" w:sz="6" w:space="0" w:color="B7C3D0"/>
                <w:insideH w:val="single" w:sz="6" w:space="0" w:color="B7C3D0"/>
                <w:insideV w:val="single" w:sz="6" w:space="0" w:color="B7C3D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3"/>
              <w:gridCol w:w="3515"/>
              <w:gridCol w:w="1807"/>
              <w:gridCol w:w="3749"/>
            </w:tblGrid>
            <w:tr w:rsidR="009F72A3" w14:paraId="3D03B87B" w14:textId="77777777" w:rsidTr="0094222D">
              <w:trPr>
                <w:jc w:val="center"/>
              </w:trPr>
              <w:tc>
                <w:tcPr>
                  <w:tcW w:w="1623" w:type="dxa"/>
                  <w:shd w:val="clear" w:color="auto" w:fill="EAF0F6"/>
                  <w:tcMar>
                    <w:top w:w="90" w:type="dxa"/>
                    <w:left w:w="110" w:type="dxa"/>
                    <w:bottom w:w="90" w:type="dxa"/>
                    <w:right w:w="110" w:type="dxa"/>
                  </w:tcMar>
                  <w:vAlign w:val="center"/>
                </w:tcPr>
                <w:p w14:paraId="420679B9" w14:textId="77777777" w:rsidR="009F72A3" w:rsidRDefault="009F72A3" w:rsidP="009F72A3">
                  <w:pPr>
                    <w:spacing w:after="0"/>
                  </w:pPr>
                  <w:r>
                    <w:rPr>
                      <w:b/>
                      <w:color w:val="26384E"/>
                      <w:sz w:val="18"/>
                    </w:rPr>
                    <w:t>予定経費総額</w:t>
                  </w:r>
                </w:p>
              </w:tc>
              <w:tc>
                <w:tcPr>
                  <w:tcW w:w="3515" w:type="dxa"/>
                  <w:tcMar>
                    <w:top w:w="90" w:type="dxa"/>
                    <w:left w:w="110" w:type="dxa"/>
                    <w:bottom w:w="90" w:type="dxa"/>
                    <w:right w:w="110" w:type="dxa"/>
                  </w:tcMar>
                  <w:vAlign w:val="center"/>
                </w:tcPr>
                <w:p w14:paraId="0D7883DA" w14:textId="77777777" w:rsidR="009F72A3" w:rsidRDefault="009F72A3" w:rsidP="009F72A3">
                  <w:pPr>
                    <w:spacing w:after="0"/>
                    <w:rPr>
                      <w:lang w:eastAsia="ja-JP"/>
                    </w:rPr>
                  </w:pPr>
                  <w:r>
                    <w:rPr>
                      <w:sz w:val="18"/>
                      <w:lang w:eastAsia="ja-JP"/>
                    </w:rPr>
                    <w:t>約　　　　　万円</w:t>
                  </w:r>
                  <w:r>
                    <w:rPr>
                      <w:rFonts w:hint="eastAsia"/>
                      <w:sz w:val="18"/>
                      <w:lang w:eastAsia="ja-JP"/>
                    </w:rPr>
                    <w:t>（税抜き）</w:t>
                  </w:r>
                </w:p>
              </w:tc>
              <w:tc>
                <w:tcPr>
                  <w:tcW w:w="1807" w:type="dxa"/>
                  <w:shd w:val="clear" w:color="auto" w:fill="EAF0F6"/>
                  <w:tcMar>
                    <w:top w:w="90" w:type="dxa"/>
                    <w:left w:w="110" w:type="dxa"/>
                    <w:bottom w:w="90" w:type="dxa"/>
                    <w:right w:w="110" w:type="dxa"/>
                  </w:tcMar>
                  <w:vAlign w:val="center"/>
                </w:tcPr>
                <w:p w14:paraId="63670D46" w14:textId="77777777" w:rsidR="009F72A3" w:rsidRDefault="009F72A3" w:rsidP="009F72A3">
                  <w:pPr>
                    <w:spacing w:after="0"/>
                  </w:pPr>
                  <w:r>
                    <w:rPr>
                      <w:b/>
                      <w:color w:val="26384E"/>
                      <w:sz w:val="18"/>
                    </w:rPr>
                    <w:t>見積取得状況</w:t>
                  </w:r>
                </w:p>
              </w:tc>
              <w:tc>
                <w:tcPr>
                  <w:tcW w:w="3749" w:type="dxa"/>
                  <w:tcMar>
                    <w:top w:w="90" w:type="dxa"/>
                    <w:left w:w="110" w:type="dxa"/>
                    <w:bottom w:w="90" w:type="dxa"/>
                    <w:right w:w="110" w:type="dxa"/>
                  </w:tcMar>
                  <w:vAlign w:val="center"/>
                </w:tcPr>
                <w:p w14:paraId="0375106C" w14:textId="2C86CF06" w:rsidR="009F72A3" w:rsidRDefault="00DD078F" w:rsidP="009F72A3">
                  <w:pPr>
                    <w:spacing w:after="0"/>
                    <w:rPr>
                      <w:lang w:eastAsia="ja-JP"/>
                    </w:rPr>
                  </w:pPr>
                  <w:sdt>
                    <w:sdtPr>
                      <w:rPr>
                        <w:rFonts w:asciiTheme="majorEastAsia" w:eastAsiaTheme="majorEastAsia" w:hAnsiTheme="majorEastAsia"/>
                        <w:lang w:eastAsia="ja-JP"/>
                      </w:rPr>
                      <w:id w:val="210868519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034C5B">
                        <w:rPr>
                          <w:rFonts w:ascii="ＭＳ ゴシック" w:eastAsia="ＭＳ ゴシック" w:hAnsi="ＭＳ ゴシック" w:hint="eastAsia"/>
                          <w:lang w:eastAsia="ja-JP"/>
                        </w:rPr>
                        <w:t>☐</w:t>
                      </w:r>
                    </w:sdtContent>
                  </w:sdt>
                  <w:r w:rsidR="009F72A3">
                    <w:rPr>
                      <w:sz w:val="18"/>
                      <w:lang w:eastAsia="ja-JP"/>
                    </w:rPr>
                    <w:t xml:space="preserve">未取得　</w:t>
                  </w:r>
                  <w:sdt>
                    <w:sdtPr>
                      <w:rPr>
                        <w:rFonts w:asciiTheme="majorEastAsia" w:eastAsiaTheme="majorEastAsia" w:hAnsiTheme="majorEastAsia"/>
                        <w:lang w:eastAsia="ja-JP"/>
                      </w:rPr>
                      <w:id w:val="157433289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034C5B">
                        <w:rPr>
                          <w:rFonts w:ascii="ＭＳ ゴシック" w:eastAsia="ＭＳ ゴシック" w:hAnsi="ＭＳ ゴシック" w:hint="eastAsia"/>
                          <w:lang w:eastAsia="ja-JP"/>
                        </w:rPr>
                        <w:t>☐</w:t>
                      </w:r>
                    </w:sdtContent>
                  </w:sdt>
                  <w:r w:rsidR="009F72A3">
                    <w:rPr>
                      <w:sz w:val="18"/>
                      <w:lang w:eastAsia="ja-JP"/>
                    </w:rPr>
                    <w:t xml:space="preserve">取得済み　</w:t>
                  </w:r>
                  <w:sdt>
                    <w:sdtPr>
                      <w:rPr>
                        <w:rFonts w:asciiTheme="majorEastAsia" w:eastAsiaTheme="majorEastAsia" w:hAnsiTheme="majorEastAsia"/>
                        <w:lang w:eastAsia="ja-JP"/>
                      </w:rPr>
                      <w:id w:val="-1221668268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034C5B">
                        <w:rPr>
                          <w:rFonts w:ascii="ＭＳ ゴシック" w:eastAsia="ＭＳ ゴシック" w:hAnsi="ＭＳ ゴシック" w:hint="eastAsia"/>
                          <w:lang w:eastAsia="ja-JP"/>
                        </w:rPr>
                        <w:t>☐</w:t>
                      </w:r>
                    </w:sdtContent>
                  </w:sdt>
                  <w:r w:rsidR="009F72A3">
                    <w:rPr>
                      <w:sz w:val="18"/>
                      <w:lang w:eastAsia="ja-JP"/>
                    </w:rPr>
                    <w:t>複数見積あり</w:t>
                  </w:r>
                </w:p>
              </w:tc>
            </w:tr>
          </w:tbl>
          <w:p w14:paraId="557AB34A" w14:textId="77777777" w:rsidR="009F72A3" w:rsidRPr="009F72A3" w:rsidRDefault="009F72A3">
            <w:pPr>
              <w:rPr>
                <w:lang w:eastAsia="ja-JP"/>
              </w:rPr>
            </w:pPr>
          </w:p>
        </w:tc>
      </w:tr>
    </w:tbl>
    <w:p w14:paraId="134C120C" w14:textId="77777777" w:rsidR="00980817" w:rsidRPr="006176C8" w:rsidRDefault="009B111A">
      <w:pPr>
        <w:pStyle w:val="21"/>
        <w:spacing w:before="80" w:after="80"/>
        <w:rPr>
          <w:sz w:val="24"/>
          <w:szCs w:val="24"/>
          <w:lang w:eastAsia="ja-JP"/>
        </w:rPr>
      </w:pPr>
      <w:r w:rsidRPr="006176C8">
        <w:rPr>
          <w:rFonts w:ascii="Yu Gothic" w:eastAsia="Yu Gothic" w:hAnsi="Yu Gothic"/>
          <w:color w:val="1F4E79"/>
          <w:sz w:val="22"/>
          <w:szCs w:val="24"/>
          <w:lang w:eastAsia="ja-JP"/>
        </w:rPr>
        <w:t>４　導入・実施予定の内容</w:t>
      </w:r>
    </w:p>
    <w:tbl>
      <w:tblPr>
        <w:tblW w:w="0" w:type="auto"/>
        <w:jc w:val="center"/>
        <w:tblBorders>
          <w:top w:val="single" w:sz="4" w:space="0" w:color="D2DCE6"/>
          <w:left w:val="single" w:sz="4" w:space="0" w:color="D2DCE6"/>
          <w:bottom w:val="single" w:sz="4" w:space="0" w:color="D2DCE6"/>
          <w:right w:val="single" w:sz="4" w:space="0" w:color="D2DCE6"/>
          <w:insideH w:val="single" w:sz="4" w:space="0" w:color="D2DCE6"/>
          <w:insideV w:val="single" w:sz="4" w:space="0" w:color="D2DCE6"/>
        </w:tblBorders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980817" w14:paraId="05AE0F8B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5D08B6" w14:textId="2EF84690" w:rsidR="00EC21A2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id w:val="1401785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機械</w:t>
            </w:r>
            <w:r w:rsidR="00EC21A2">
              <w:rPr>
                <w:rFonts w:hint="eastAsia"/>
                <w:lang w:eastAsia="ja-JP"/>
              </w:rPr>
              <w:t>・備品の購入等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240A5A" w14:textId="0A6273B8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14162856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EC21A2">
              <w:rPr>
                <w:rFonts w:hint="eastAsia"/>
                <w:lang w:eastAsia="ja-JP"/>
              </w:rPr>
              <w:t>店舗レイアウト変更等</w:t>
            </w:r>
          </w:p>
        </w:tc>
      </w:tr>
      <w:tr w:rsidR="00980817" w14:paraId="162D4C87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96E9BE" w14:textId="5A7E2C9C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062008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>ソフトウェア</w:t>
            </w:r>
            <w:r w:rsidR="00EC21A2">
              <w:rPr>
                <w:rFonts w:hint="eastAsia"/>
                <w:lang w:eastAsia="ja-JP"/>
              </w:rPr>
              <w:t>・システム</w:t>
            </w:r>
            <w:r w:rsidR="00B478E5">
              <w:rPr>
                <w:rFonts w:hint="eastAsia"/>
                <w:lang w:eastAsia="ja-JP"/>
              </w:rPr>
              <w:t>の購入等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91D1E0" w14:textId="2B32E72A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9586927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</w:t>
            </w:r>
            <w:r w:rsidR="00B478E5">
              <w:rPr>
                <w:rFonts w:hint="eastAsia"/>
                <w:lang w:eastAsia="ja-JP"/>
              </w:rPr>
              <w:t>新製品・新技術の研究・開発</w:t>
            </w:r>
            <w:r w:rsidR="0003588F">
              <w:rPr>
                <w:rFonts w:hint="eastAsia"/>
                <w:lang w:eastAsia="ja-JP"/>
              </w:rPr>
              <w:t>等</w:t>
            </w:r>
          </w:p>
        </w:tc>
      </w:tr>
      <w:tr w:rsidR="00980817" w14:paraId="18078B4D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DDA754" w14:textId="094B0AF6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3642862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03588F">
              <w:rPr>
                <w:rFonts w:hint="eastAsia"/>
                <w:lang w:eastAsia="ja-JP"/>
              </w:rPr>
              <w:t>特許などの工業所有権取得申請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692043" w14:textId="504C0D95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414290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</w:t>
            </w:r>
            <w:r w:rsidR="00AF1E01">
              <w:rPr>
                <w:rFonts w:hint="eastAsia"/>
                <w:lang w:eastAsia="ja-JP"/>
              </w:rPr>
              <w:t>研修や専門家の助言等</w:t>
            </w:r>
          </w:p>
        </w:tc>
      </w:tr>
      <w:tr w:rsidR="00980817" w14:paraId="5D5F57B1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77BE3E" w14:textId="33919963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id w:val="-18093066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</w:t>
            </w:r>
            <w:r w:rsidR="000A7A28">
              <w:rPr>
                <w:rFonts w:hint="eastAsia"/>
                <w:lang w:eastAsia="ja-JP"/>
              </w:rPr>
              <w:t>販売促進・販路拡大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CA5659" w14:textId="44C1A442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7805686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0A7A28">
              <w:rPr>
                <w:lang w:eastAsia="ja-JP"/>
              </w:rPr>
              <w:t xml:space="preserve"> 不明（</w:t>
            </w:r>
            <w:r w:rsidR="000A7A28">
              <w:rPr>
                <w:rFonts w:hint="eastAsia"/>
                <w:lang w:eastAsia="ja-JP"/>
              </w:rPr>
              <w:t>商工会又は</w:t>
            </w:r>
            <w:r w:rsidR="000A7A28">
              <w:rPr>
                <w:lang w:eastAsia="ja-JP"/>
              </w:rPr>
              <w:t>市に判断を依頼）</w:t>
            </w:r>
          </w:p>
        </w:tc>
      </w:tr>
    </w:tbl>
    <w:p w14:paraId="138704B8" w14:textId="2D6136B3" w:rsidR="00980817" w:rsidRDefault="009F72A3">
      <w:pPr>
        <w:pStyle w:val="21"/>
        <w:spacing w:before="80" w:after="80"/>
      </w:pPr>
      <w:r>
        <w:rPr>
          <w:rFonts w:ascii="Yu Gothic" w:eastAsia="Yu Gothic" w:hAnsi="Yu Gothic" w:hint="eastAsia"/>
          <w:color w:val="1F4E79"/>
          <w:sz w:val="23"/>
          <w:lang w:eastAsia="ja-JP"/>
        </w:rPr>
        <w:t>５</w:t>
      </w:r>
      <w:r w:rsidR="009B111A">
        <w:rPr>
          <w:rFonts w:ascii="Yu Gothic" w:eastAsia="Yu Gothic" w:hAnsi="Yu Gothic"/>
          <w:color w:val="1F4E79"/>
          <w:sz w:val="23"/>
        </w:rPr>
        <w:t xml:space="preserve">　確認したい事項</w:t>
      </w:r>
    </w:p>
    <w:tbl>
      <w:tblPr>
        <w:tblW w:w="0" w:type="auto"/>
        <w:jc w:val="center"/>
        <w:tblBorders>
          <w:top w:val="single" w:sz="4" w:space="0" w:color="D2DCE6"/>
          <w:left w:val="single" w:sz="4" w:space="0" w:color="D2DCE6"/>
          <w:bottom w:val="single" w:sz="4" w:space="0" w:color="D2DCE6"/>
          <w:right w:val="single" w:sz="4" w:space="0" w:color="D2DCE6"/>
          <w:insideH w:val="single" w:sz="4" w:space="0" w:color="D2DCE6"/>
          <w:insideV w:val="single" w:sz="4" w:space="0" w:color="D2DCE6"/>
        </w:tblBorders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980817" w14:paraId="1FF80B1C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CCC6C2" w14:textId="281C3FDD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656290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1D63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補助対象者に該当するか</w:t>
            </w:r>
            <w:r w:rsidR="004E382C" w:rsidRPr="004E382C">
              <w:rPr>
                <w:rFonts w:hint="eastAsia"/>
                <w:lang w:eastAsia="ja-JP"/>
              </w:rPr>
              <w:t>（市内事業者、法人要件等）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F1D7FD" w14:textId="772ACDF6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3841131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どの補助枠に該当するか</w:t>
            </w:r>
          </w:p>
        </w:tc>
      </w:tr>
      <w:tr w:rsidR="00980817" w14:paraId="430A7747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CEF0F1" w14:textId="5E491D83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3118702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>事業内容が対象となりそうか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FDF0C4" w14:textId="5B58F90A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4463038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経費が対象経費に該当するか</w:t>
            </w:r>
          </w:p>
        </w:tc>
      </w:tr>
      <w:tr w:rsidR="00980817" w14:paraId="62B35344" w14:textId="77777777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5787C7" w14:textId="00A03776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3164556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B205EB" w:rsidRPr="00B205EB">
              <w:rPr>
                <w:rFonts w:hint="eastAsia"/>
                <w:lang w:eastAsia="ja-JP"/>
              </w:rPr>
              <w:t>加算要件に該当するか（創業者・承継者・被承継者）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0089CD" w14:textId="78EC35CB" w:rsidR="00980817" w:rsidRDefault="00DD078F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6725352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9B111A">
              <w:rPr>
                <w:lang w:eastAsia="ja-JP"/>
              </w:rPr>
              <w:t xml:space="preserve"> その他（　　　　　　　　　）</w:t>
            </w:r>
          </w:p>
        </w:tc>
      </w:tr>
    </w:tbl>
    <w:p w14:paraId="257C938C" w14:textId="2A92922B" w:rsidR="00435458" w:rsidRPr="009F72A3" w:rsidRDefault="00435458" w:rsidP="009F72A3">
      <w:pPr>
        <w:spacing w:after="40"/>
        <w:rPr>
          <w:color w:val="666666"/>
          <w:sz w:val="17"/>
          <w:lang w:eastAsia="ja-JP"/>
        </w:rPr>
      </w:pPr>
      <w:r>
        <w:rPr>
          <w:rFonts w:hint="eastAsia"/>
          <w:color w:val="1F4E79"/>
          <w:sz w:val="23"/>
          <w:lang w:eastAsia="ja-JP"/>
        </w:rPr>
        <w:t>■自由記述欄（補足など）</w:t>
      </w:r>
      <w:r w:rsidR="009F72A3">
        <w:rPr>
          <w:rFonts w:hint="eastAsia"/>
          <w:color w:val="666666"/>
          <w:sz w:val="17"/>
          <w:lang w:eastAsia="ja-JP"/>
        </w:rPr>
        <w:t>※</w:t>
      </w:r>
      <w:r w:rsidR="009F72A3">
        <w:rPr>
          <w:color w:val="666666"/>
          <w:sz w:val="17"/>
          <w:lang w:eastAsia="ja-JP"/>
        </w:rPr>
        <w:t>必要に応じて</w:t>
      </w:r>
      <w:r w:rsidR="00140FFD">
        <w:rPr>
          <w:rFonts w:hint="eastAsia"/>
          <w:color w:val="666666"/>
          <w:sz w:val="17"/>
          <w:lang w:eastAsia="ja-JP"/>
        </w:rPr>
        <w:t>申請書や</w:t>
      </w:r>
      <w:r w:rsidR="009F72A3">
        <w:rPr>
          <w:color w:val="666666"/>
          <w:sz w:val="17"/>
          <w:lang w:eastAsia="ja-JP"/>
        </w:rPr>
        <w:t>見積書、カタログ、写真、導入予定サービスの</w:t>
      </w:r>
      <w:r w:rsidR="009F72A3">
        <w:rPr>
          <w:rFonts w:hint="eastAsia"/>
          <w:color w:val="666666"/>
          <w:sz w:val="17"/>
          <w:lang w:eastAsia="ja-JP"/>
        </w:rPr>
        <w:t>資料</w:t>
      </w:r>
      <w:r w:rsidR="009F72A3">
        <w:rPr>
          <w:color w:val="666666"/>
          <w:sz w:val="17"/>
          <w:lang w:eastAsia="ja-JP"/>
        </w:rPr>
        <w:t>等を添付してください。</w:t>
      </w:r>
    </w:p>
    <w:tbl>
      <w:tblPr>
        <w:tblW w:w="0" w:type="auto"/>
        <w:jc w:val="center"/>
        <w:tblBorders>
          <w:top w:val="single" w:sz="5" w:space="0" w:color="B7C3D0"/>
          <w:left w:val="single" w:sz="5" w:space="0" w:color="B7C3D0"/>
          <w:bottom w:val="single" w:sz="5" w:space="0" w:color="B7C3D0"/>
          <w:right w:val="single" w:sz="5" w:space="0" w:color="B7C3D0"/>
          <w:insideH w:val="single" w:sz="5" w:space="0" w:color="B7C3D0"/>
          <w:insideV w:val="single" w:sz="5" w:space="0" w:color="B7C3D0"/>
        </w:tblBorders>
        <w:tblLayout w:type="fixed"/>
        <w:tblLook w:val="04A0" w:firstRow="1" w:lastRow="0" w:firstColumn="1" w:lastColumn="0" w:noHBand="0" w:noVBand="1"/>
      </w:tblPr>
      <w:tblGrid>
        <w:gridCol w:w="10540"/>
      </w:tblGrid>
      <w:tr w:rsidR="00435458" w14:paraId="7F360D7D" w14:textId="77777777" w:rsidTr="00014196">
        <w:trPr>
          <w:jc w:val="center"/>
        </w:trPr>
        <w:tc>
          <w:tcPr>
            <w:tcW w:w="1054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D7EA969" w14:textId="77777777" w:rsidR="00435458" w:rsidRDefault="00435458" w:rsidP="00014196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</w:tbl>
    <w:p w14:paraId="420E15A2" w14:textId="69E9EDBA" w:rsidR="00DE51EF" w:rsidRDefault="00DE51EF">
      <w:pPr>
        <w:spacing w:after="40"/>
        <w:rPr>
          <w:lang w:eastAsia="ja-JP"/>
        </w:rPr>
      </w:pPr>
      <w:r>
        <w:rPr>
          <w:rFonts w:hint="eastAsia"/>
          <w:color w:val="666666"/>
          <w:sz w:val="17"/>
          <w:lang w:eastAsia="ja-JP"/>
        </w:rPr>
        <w:lastRenderedPageBreak/>
        <w:t>-</w:t>
      </w:r>
      <w:r>
        <w:rPr>
          <w:color w:val="666666"/>
          <w:sz w:val="17"/>
          <w:lang w:eastAsia="ja-JP"/>
        </w:rPr>
        <w:t>---------------------------------------------------------------------------------------------------------------------------------------------</w:t>
      </w:r>
    </w:p>
    <w:p w14:paraId="319747B6" w14:textId="7EE3E633" w:rsidR="00980817" w:rsidRPr="00140FFD" w:rsidRDefault="00140FFD">
      <w:pPr>
        <w:pStyle w:val="21"/>
        <w:spacing w:before="80" w:after="80"/>
        <w:rPr>
          <w:sz w:val="24"/>
          <w:szCs w:val="24"/>
          <w:lang w:eastAsia="ja-JP"/>
        </w:rPr>
      </w:pPr>
      <w:r w:rsidRPr="00140FFD">
        <w:rPr>
          <w:rFonts w:ascii="Yu Gothic" w:eastAsia="Yu Gothic" w:hAnsi="Yu Gothic" w:hint="eastAsia"/>
          <w:color w:val="1F4E79"/>
          <w:sz w:val="22"/>
          <w:szCs w:val="24"/>
          <w:lang w:eastAsia="ja-JP"/>
        </w:rPr>
        <w:t>■</w:t>
      </w:r>
      <w:r w:rsidR="009B111A" w:rsidRPr="00140FFD">
        <w:rPr>
          <w:rFonts w:ascii="Yu Gothic" w:eastAsia="Yu Gothic" w:hAnsi="Yu Gothic"/>
          <w:color w:val="1F4E79"/>
          <w:sz w:val="22"/>
          <w:szCs w:val="24"/>
          <w:lang w:eastAsia="ja-JP"/>
        </w:rPr>
        <w:t>商工会から市への確認内容</w:t>
      </w:r>
    </w:p>
    <w:p w14:paraId="13A6D95A" w14:textId="11E812A5" w:rsidR="00980817" w:rsidRDefault="009B111A">
      <w:pPr>
        <w:spacing w:after="40"/>
        <w:rPr>
          <w:lang w:eastAsia="ja-JP"/>
        </w:rPr>
      </w:pPr>
      <w:r>
        <w:rPr>
          <w:color w:val="666666"/>
          <w:sz w:val="17"/>
          <w:lang w:eastAsia="ja-JP"/>
        </w:rPr>
        <w:t>判断に迷う点</w:t>
      </w:r>
      <w:r w:rsidR="00520936">
        <w:rPr>
          <w:rFonts w:hint="eastAsia"/>
          <w:color w:val="666666"/>
          <w:sz w:val="17"/>
          <w:lang w:eastAsia="ja-JP"/>
        </w:rPr>
        <w:t>など</w:t>
      </w:r>
      <w:r>
        <w:rPr>
          <w:color w:val="666666"/>
          <w:sz w:val="17"/>
          <w:lang w:eastAsia="ja-JP"/>
        </w:rPr>
        <w:t>を記載してください。</w:t>
      </w:r>
      <w:r w:rsidR="00831868">
        <w:rPr>
          <w:rFonts w:hint="eastAsia"/>
          <w:color w:val="666666"/>
          <w:sz w:val="17"/>
          <w:lang w:eastAsia="ja-JP"/>
        </w:rPr>
        <w:t>また、</w:t>
      </w:r>
      <w:r w:rsidR="00140FFD">
        <w:rPr>
          <w:rFonts w:hint="eastAsia"/>
          <w:color w:val="666666"/>
          <w:sz w:val="17"/>
          <w:lang w:eastAsia="ja-JP"/>
        </w:rPr>
        <w:t>貴</w:t>
      </w:r>
      <w:r w:rsidR="00831868">
        <w:rPr>
          <w:rFonts w:hint="eastAsia"/>
          <w:color w:val="666666"/>
          <w:sz w:val="17"/>
          <w:lang w:eastAsia="ja-JP"/>
        </w:rPr>
        <w:t>会の見解を記載してください。</w:t>
      </w:r>
    </w:p>
    <w:tbl>
      <w:tblPr>
        <w:tblW w:w="0" w:type="auto"/>
        <w:jc w:val="center"/>
        <w:tblBorders>
          <w:top w:val="single" w:sz="5" w:space="0" w:color="B7C3D0"/>
          <w:left w:val="single" w:sz="5" w:space="0" w:color="B7C3D0"/>
          <w:bottom w:val="single" w:sz="5" w:space="0" w:color="B7C3D0"/>
          <w:right w:val="single" w:sz="5" w:space="0" w:color="B7C3D0"/>
          <w:insideH w:val="single" w:sz="5" w:space="0" w:color="B7C3D0"/>
          <w:insideV w:val="single" w:sz="5" w:space="0" w:color="B7C3D0"/>
        </w:tblBorders>
        <w:tblLayout w:type="fixed"/>
        <w:tblLook w:val="04A0" w:firstRow="1" w:lastRow="0" w:firstColumn="1" w:lastColumn="0" w:noHBand="0" w:noVBand="1"/>
      </w:tblPr>
      <w:tblGrid>
        <w:gridCol w:w="10540"/>
      </w:tblGrid>
      <w:tr w:rsidR="00980817" w14:paraId="5A81B3EE" w14:textId="77777777">
        <w:trPr>
          <w:jc w:val="center"/>
        </w:trPr>
        <w:tc>
          <w:tcPr>
            <w:tcW w:w="1054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2ED0912" w14:textId="77777777" w:rsidR="00980817" w:rsidRDefault="009B111A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980817" w14:paraId="0F9D1702" w14:textId="77777777">
        <w:trPr>
          <w:jc w:val="center"/>
        </w:trPr>
        <w:tc>
          <w:tcPr>
            <w:tcW w:w="1054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CE09ABD" w14:textId="77777777" w:rsidR="00980817" w:rsidRDefault="009B111A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980817" w14:paraId="45B4A24F" w14:textId="77777777">
        <w:trPr>
          <w:jc w:val="center"/>
        </w:trPr>
        <w:tc>
          <w:tcPr>
            <w:tcW w:w="10540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888731B" w14:textId="77777777" w:rsidR="00980817" w:rsidRDefault="009B111A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</w:tbl>
    <w:p w14:paraId="100B944D" w14:textId="1CFDBCA0" w:rsidR="00980817" w:rsidRPr="00140FFD" w:rsidRDefault="00AC7857" w:rsidP="00AC7857">
      <w:pPr>
        <w:pStyle w:val="1"/>
        <w:spacing w:before="120" w:after="80"/>
        <w:rPr>
          <w:rFonts w:ascii="Yu Gothic" w:eastAsia="Yu Gothic" w:hAnsi="Yu Gothic"/>
          <w:color w:val="1F4E79"/>
          <w:sz w:val="22"/>
          <w:szCs w:val="22"/>
          <w:lang w:eastAsia="ja-JP"/>
        </w:rPr>
      </w:pPr>
      <w:r w:rsidRPr="00140FFD">
        <w:rPr>
          <w:rFonts w:ascii="Yu Gothic" w:eastAsia="Yu Gothic" w:hAnsi="Yu Gothic" w:hint="eastAsia"/>
          <w:color w:val="1F4E79"/>
          <w:sz w:val="22"/>
          <w:szCs w:val="22"/>
          <w:lang w:eastAsia="ja-JP"/>
        </w:rPr>
        <w:t>■</w:t>
      </w:r>
      <w:r w:rsidR="009B111A" w:rsidRPr="00140FFD">
        <w:rPr>
          <w:rFonts w:ascii="Yu Gothic" w:eastAsia="Yu Gothic" w:hAnsi="Yu Gothic"/>
          <w:color w:val="1F4E79"/>
          <w:sz w:val="22"/>
          <w:szCs w:val="22"/>
          <w:lang w:eastAsia="ja-JP"/>
        </w:rPr>
        <w:t>市記入欄</w:t>
      </w:r>
    </w:p>
    <w:tbl>
      <w:tblPr>
        <w:tblW w:w="0" w:type="auto"/>
        <w:jc w:val="center"/>
        <w:tblBorders>
          <w:top w:val="single" w:sz="4" w:space="0" w:color="D2DCE6"/>
          <w:left w:val="single" w:sz="4" w:space="0" w:color="D2DCE6"/>
          <w:bottom w:val="single" w:sz="4" w:space="0" w:color="D2DCE6"/>
          <w:right w:val="single" w:sz="4" w:space="0" w:color="D2DCE6"/>
          <w:insideH w:val="single" w:sz="4" w:space="0" w:color="D2DCE6"/>
          <w:insideV w:val="single" w:sz="4" w:space="0" w:color="D2DCE6"/>
        </w:tblBorders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7F7C04" w14:paraId="3B6F278F" w14:textId="77777777" w:rsidTr="00014196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9D8697" w14:textId="11B406FA" w:rsidR="007F7C04" w:rsidRDefault="00DD078F" w:rsidP="00014196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-1138886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520936">
              <w:rPr>
                <w:lang w:eastAsia="ja-JP"/>
              </w:rPr>
              <w:t>概ね対象となる可能性あり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413A88" w14:textId="6959A068" w:rsidR="007F7C04" w:rsidRDefault="00DD078F" w:rsidP="00014196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7022825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520936">
              <w:rPr>
                <w:lang w:eastAsia="ja-JP"/>
              </w:rPr>
              <w:t>対象とならない可能性が高い</w:t>
            </w:r>
          </w:p>
        </w:tc>
      </w:tr>
      <w:tr w:rsidR="007F7C04" w14:paraId="17AE5FD8" w14:textId="77777777" w:rsidTr="00014196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4D5C9C" w14:textId="1C079A0A" w:rsidR="007F7C04" w:rsidRDefault="00DD078F" w:rsidP="00014196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id w:val="953596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936">
              <w:t>追加資料が必要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E6A755" w14:textId="4EDB3DF1" w:rsidR="007F7C04" w:rsidRDefault="00DD078F" w:rsidP="00014196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4101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520936">
              <w:rPr>
                <w:lang w:eastAsia="ja-JP"/>
              </w:rPr>
              <w:t>正式な申請内容により判断</w:t>
            </w:r>
          </w:p>
        </w:tc>
      </w:tr>
      <w:tr w:rsidR="007F7C04" w14:paraId="686A35B4" w14:textId="77777777" w:rsidTr="00014196">
        <w:trPr>
          <w:jc w:val="center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9F8D88" w14:textId="7AEF6F03" w:rsidR="007F7C04" w:rsidRDefault="00DD078F" w:rsidP="00014196">
            <w:pPr>
              <w:spacing w:after="0"/>
              <w:rPr>
                <w:lang w:eastAsia="ja-JP"/>
              </w:rPr>
            </w:pPr>
            <w:sdt>
              <w:sdtPr>
                <w:rPr>
                  <w:rFonts w:asciiTheme="majorEastAsia" w:eastAsiaTheme="majorEastAsia" w:hAnsiTheme="majorEastAsia"/>
                  <w:lang w:eastAsia="ja-JP"/>
                </w:rPr>
                <w:id w:val="74645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186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520936">
              <w:rPr>
                <w:lang w:eastAsia="ja-JP"/>
              </w:rPr>
              <w:t xml:space="preserve"> その他（　　　　　　　　　）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054663" w14:textId="00A1BDB1" w:rsidR="007F7C04" w:rsidRDefault="007F7C04" w:rsidP="00014196">
            <w:pPr>
              <w:spacing w:after="0"/>
              <w:rPr>
                <w:lang w:eastAsia="ja-JP"/>
              </w:rPr>
            </w:pPr>
          </w:p>
        </w:tc>
      </w:tr>
    </w:tbl>
    <w:p w14:paraId="728607D8" w14:textId="3373B89D" w:rsidR="00980817" w:rsidRDefault="00520936" w:rsidP="00520936">
      <w:pPr>
        <w:spacing w:after="40"/>
      </w:pPr>
      <w:r>
        <w:rPr>
          <w:rFonts w:hint="eastAsia"/>
          <w:color w:val="666666"/>
          <w:sz w:val="17"/>
          <w:lang w:eastAsia="ja-JP"/>
        </w:rPr>
        <w:t>市コメント欄</w:t>
      </w:r>
    </w:p>
    <w:tbl>
      <w:tblPr>
        <w:tblW w:w="0" w:type="auto"/>
        <w:jc w:val="center"/>
        <w:tblBorders>
          <w:top w:val="single" w:sz="5" w:space="0" w:color="B7C3D0"/>
          <w:left w:val="single" w:sz="5" w:space="0" w:color="B7C3D0"/>
          <w:bottom w:val="single" w:sz="5" w:space="0" w:color="B7C3D0"/>
          <w:right w:val="single" w:sz="5" w:space="0" w:color="B7C3D0"/>
          <w:insideH w:val="single" w:sz="5" w:space="0" w:color="B7C3D0"/>
          <w:insideV w:val="single" w:sz="5" w:space="0" w:color="B7C3D0"/>
        </w:tblBorders>
        <w:tblLayout w:type="fixed"/>
        <w:tblLook w:val="04A0" w:firstRow="1" w:lastRow="0" w:firstColumn="1" w:lastColumn="0" w:noHBand="0" w:noVBand="1"/>
      </w:tblPr>
      <w:tblGrid>
        <w:gridCol w:w="10540"/>
        <w:gridCol w:w="40"/>
      </w:tblGrid>
      <w:tr w:rsidR="00980817" w14:paraId="4A5EA6E0" w14:textId="77777777" w:rsidTr="001A23B7">
        <w:trPr>
          <w:jc w:val="center"/>
        </w:trPr>
        <w:tc>
          <w:tcPr>
            <w:tcW w:w="10580" w:type="dxa"/>
            <w:gridSpan w:val="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E7D18C" w14:textId="77777777" w:rsidR="00980817" w:rsidRDefault="009B111A">
            <w:r>
              <w:t xml:space="preserve">　</w:t>
            </w:r>
          </w:p>
        </w:tc>
      </w:tr>
      <w:tr w:rsidR="00980817" w14:paraId="26A4F11E" w14:textId="77777777">
        <w:tblPrEx>
          <w:tblBorders>
            <w:top w:val="single" w:sz="8" w:space="0" w:color="9EB6CE"/>
            <w:left w:val="single" w:sz="8" w:space="0" w:color="9EB6CE"/>
            <w:bottom w:val="single" w:sz="8" w:space="0" w:color="9EB6CE"/>
            <w:right w:val="single" w:sz="8" w:space="0" w:color="9EB6CE"/>
            <w:insideH w:val="single" w:sz="8" w:space="0" w:color="9EB6CE"/>
            <w:insideV w:val="single" w:sz="8" w:space="0" w:color="9EB6CE"/>
          </w:tblBorders>
        </w:tblPrEx>
        <w:trPr>
          <w:gridAfter w:val="1"/>
          <w:wAfter w:w="40" w:type="dxa"/>
          <w:jc w:val="center"/>
        </w:trPr>
        <w:tc>
          <w:tcPr>
            <w:tcW w:w="10540" w:type="dxa"/>
            <w:shd w:val="clear" w:color="auto" w:fill="EEF5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4A91C06" w14:textId="77777777" w:rsidR="00980817" w:rsidRDefault="009B111A">
            <w:pPr>
              <w:rPr>
                <w:lang w:eastAsia="ja-JP"/>
              </w:rPr>
            </w:pPr>
            <w:r>
              <w:rPr>
                <w:lang w:eastAsia="ja-JP"/>
              </w:rPr>
              <w:t>【留意事項】本票による回答は、照会内容に基づく事前整理であり、交付決定又は補助金交付を約束するものではありません。申請後、要件確認、対象経費確認、添付書類確認等により、事前照会時と異なる判断となる場合があります。</w:t>
            </w:r>
          </w:p>
        </w:tc>
      </w:tr>
    </w:tbl>
    <w:p w14:paraId="76D086EB" w14:textId="77777777" w:rsidR="009B111A" w:rsidRDefault="009B111A">
      <w:pPr>
        <w:rPr>
          <w:lang w:eastAsia="ja-JP"/>
        </w:rPr>
      </w:pPr>
    </w:p>
    <w:sectPr w:rsidR="009B111A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C70C" w14:textId="77777777" w:rsidR="00DD078F" w:rsidRDefault="00DD078F">
      <w:pPr>
        <w:spacing w:after="0" w:line="240" w:lineRule="auto"/>
      </w:pPr>
      <w:r>
        <w:separator/>
      </w:r>
    </w:p>
  </w:endnote>
  <w:endnote w:type="continuationSeparator" w:id="0">
    <w:p w14:paraId="41FF777D" w14:textId="77777777" w:rsidR="00DD078F" w:rsidRDefault="00DD078F">
      <w:pPr>
        <w:spacing w:after="0" w:line="240" w:lineRule="auto"/>
      </w:pPr>
      <w:r>
        <w:continuationSeparator/>
      </w:r>
    </w:p>
  </w:endnote>
  <w:endnote w:type="continuationNotice" w:id="1">
    <w:p w14:paraId="5C61CA4E" w14:textId="77777777" w:rsidR="00DD078F" w:rsidRDefault="00DD07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30B0" w14:textId="77777777" w:rsidR="00DD078F" w:rsidRDefault="00DD078F">
      <w:pPr>
        <w:spacing w:after="0" w:line="240" w:lineRule="auto"/>
      </w:pPr>
      <w:r>
        <w:separator/>
      </w:r>
    </w:p>
  </w:footnote>
  <w:footnote w:type="continuationSeparator" w:id="0">
    <w:p w14:paraId="1BE9B0CD" w14:textId="77777777" w:rsidR="00DD078F" w:rsidRDefault="00DD078F">
      <w:pPr>
        <w:spacing w:after="0" w:line="240" w:lineRule="auto"/>
      </w:pPr>
      <w:r>
        <w:continuationSeparator/>
      </w:r>
    </w:p>
  </w:footnote>
  <w:footnote w:type="continuationNotice" w:id="1">
    <w:p w14:paraId="2DB18609" w14:textId="77777777" w:rsidR="00DD078F" w:rsidRDefault="00DD07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8780867">
    <w:abstractNumId w:val="8"/>
  </w:num>
  <w:num w:numId="2" w16cid:durableId="1130785178">
    <w:abstractNumId w:val="6"/>
  </w:num>
  <w:num w:numId="3" w16cid:durableId="1793935730">
    <w:abstractNumId w:val="5"/>
  </w:num>
  <w:num w:numId="4" w16cid:durableId="654139922">
    <w:abstractNumId w:val="4"/>
  </w:num>
  <w:num w:numId="5" w16cid:durableId="649142225">
    <w:abstractNumId w:val="7"/>
  </w:num>
  <w:num w:numId="6" w16cid:durableId="649947778">
    <w:abstractNumId w:val="3"/>
  </w:num>
  <w:num w:numId="7" w16cid:durableId="568426322">
    <w:abstractNumId w:val="2"/>
  </w:num>
  <w:num w:numId="8" w16cid:durableId="862355408">
    <w:abstractNumId w:val="1"/>
  </w:num>
  <w:num w:numId="9" w16cid:durableId="132457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C5B"/>
    <w:rsid w:val="0003588F"/>
    <w:rsid w:val="0006063C"/>
    <w:rsid w:val="000A6FE7"/>
    <w:rsid w:val="000A7A28"/>
    <w:rsid w:val="00140E31"/>
    <w:rsid w:val="00140FFD"/>
    <w:rsid w:val="0015074B"/>
    <w:rsid w:val="0018061C"/>
    <w:rsid w:val="001A23B7"/>
    <w:rsid w:val="0029639D"/>
    <w:rsid w:val="002A1D63"/>
    <w:rsid w:val="00326F90"/>
    <w:rsid w:val="003F48C2"/>
    <w:rsid w:val="00435458"/>
    <w:rsid w:val="00446662"/>
    <w:rsid w:val="00484648"/>
    <w:rsid w:val="004E382C"/>
    <w:rsid w:val="00520936"/>
    <w:rsid w:val="005778EE"/>
    <w:rsid w:val="006176C8"/>
    <w:rsid w:val="00794F51"/>
    <w:rsid w:val="007E5C87"/>
    <w:rsid w:val="007F7C04"/>
    <w:rsid w:val="00831868"/>
    <w:rsid w:val="00980817"/>
    <w:rsid w:val="009B111A"/>
    <w:rsid w:val="009F72A3"/>
    <w:rsid w:val="00AA1D8D"/>
    <w:rsid w:val="00AC7857"/>
    <w:rsid w:val="00AD3A62"/>
    <w:rsid w:val="00AF1E01"/>
    <w:rsid w:val="00B205EB"/>
    <w:rsid w:val="00B47730"/>
    <w:rsid w:val="00B478E5"/>
    <w:rsid w:val="00B529C4"/>
    <w:rsid w:val="00B77DF8"/>
    <w:rsid w:val="00BF671F"/>
    <w:rsid w:val="00CB0664"/>
    <w:rsid w:val="00D31DB4"/>
    <w:rsid w:val="00D86E2F"/>
    <w:rsid w:val="00DD078F"/>
    <w:rsid w:val="00DE51EF"/>
    <w:rsid w:val="00E26ADC"/>
    <w:rsid w:val="00EC21A2"/>
    <w:rsid w:val="00F50D89"/>
    <w:rsid w:val="00F75F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5848A9D4-4695-4A13-B7AC-9877EC5A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6D110503DD97478FC90DCDEC67B3D0" ma:contentTypeVersion="3" ma:contentTypeDescription="新しいドキュメントを作成します。" ma:contentTypeScope="" ma:versionID="114e75c945d81c957782429772799d49">
  <xsd:schema xmlns:xsd="http://www.w3.org/2001/XMLSchema" xmlns:xs="http://www.w3.org/2001/XMLSchema" xmlns:p="http://schemas.microsoft.com/office/2006/metadata/properties" xmlns:ns2="6d2b9332-a8b4-42f9-8cf4-b87eefd283fe" targetNamespace="http://schemas.microsoft.com/office/2006/metadata/properties" ma:root="true" ma:fieldsID="9475bd823d040ffb0e0da16b0a197e99" ns2:_="">
    <xsd:import namespace="6d2b9332-a8b4-42f9-8cf4-b87eefd28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b9332-a8b4-42f9-8cf4-b87eefd28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8F6B89-A9E4-4DB8-A0F7-CEF584045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71FA8-D6AA-4A3F-AF2D-42DFC420C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b9332-a8b4-42f9-8cf4-b87eefd28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B86CC-74A1-427F-A6BF-1591EF08B5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敏紀</dc:creator>
  <cp:keywords/>
  <dc:description>generated by python-docx</dc:description>
  <cp:lastModifiedBy>三鷹商工会</cp:lastModifiedBy>
  <cp:revision>2</cp:revision>
  <dcterms:created xsi:type="dcterms:W3CDTF">2026-08-06T23:58:00Z</dcterms:created>
  <dcterms:modified xsi:type="dcterms:W3CDTF">2026-08-06T23:58:00Z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0x010100EE6D110503DD97478FC90DCDEC67B3D0</vt:lpwstr>
  </property>
</Properties>
</file>